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30.0" w:type="dxa"/>
        <w:jc w:val="center"/>
        <w:tblLayout w:type="fixed"/>
        <w:tblLook w:val="0400"/>
      </w:tblPr>
      <w:tblGrid>
        <w:gridCol w:w="2850"/>
        <w:gridCol w:w="7380"/>
        <w:tblGridChange w:id="0">
          <w:tblGrid>
            <w:gridCol w:w="2850"/>
            <w:gridCol w:w="7380"/>
          </w:tblGrid>
        </w:tblGridChange>
      </w:tblGrid>
      <w:tr>
        <w:trPr>
          <w:cantSplit w:val="0"/>
          <w:tblHeader w:val="0"/>
        </w:trPr>
        <w:tc>
          <w:tcPr>
            <w:shd w:fill="1b4332" w:val="clear"/>
            <w:tcMar>
              <w:top w:w="140.0" w:type="dxa"/>
              <w:left w:w="140.0" w:type="dxa"/>
              <w:bottom w:w="140.0" w:type="dxa"/>
              <w:right w:w="80.0" w:type="dxa"/>
            </w:tcMar>
          </w:tcPr>
          <w:p w:rsidR="00000000" w:rsidDel="00000000" w:rsidP="00000000" w:rsidRDefault="00000000" w:rsidRPr="00000000" w14:paraId="00000002">
            <w:pPr>
              <w:jc w:val="center"/>
              <w:rPr/>
            </w:pPr>
            <w:r w:rsidDel="00000000" w:rsidR="00000000" w:rsidRPr="00000000">
              <w:rPr/>
              <w:drawing>
                <wp:inline distB="114300" distT="114300" distL="114300" distR="114300">
                  <wp:extent cx="1488758" cy="148875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88758" cy="1488758"/>
                          </a:xfrm>
                          <a:prstGeom prst="rect"/>
                          <a:ln/>
                        </pic:spPr>
                      </pic:pic>
                    </a:graphicData>
                  </a:graphic>
                </wp:inline>
              </w:drawing>
            </w:r>
            <w:r w:rsidDel="00000000" w:rsidR="00000000" w:rsidRPr="00000000">
              <w:rPr>
                <w:rtl w:val="0"/>
              </w:rPr>
            </w:r>
          </w:p>
        </w:tc>
        <w:tc>
          <w:tcPr>
            <w:shd w:fill="1b4332" w:val="clear"/>
            <w:tcMar>
              <w:top w:w="140.0" w:type="dxa"/>
              <w:left w:w="80.0" w:type="dxa"/>
              <w:bottom w:w="140.0" w:type="dxa"/>
              <w:right w:w="180.0" w:type="dxa"/>
            </w:tcMar>
          </w:tcPr>
          <w:p w:rsidR="00000000" w:rsidDel="00000000" w:rsidP="00000000" w:rsidRDefault="00000000" w:rsidRPr="00000000" w14:paraId="00000003">
            <w:pPr>
              <w:jc w:val="left"/>
              <w:rPr/>
            </w:pPr>
            <w:r w:rsidDel="00000000" w:rsidR="00000000" w:rsidRPr="00000000">
              <w:rPr>
                <w:rFonts w:ascii="Arial" w:cs="Arial" w:eastAsia="Arial" w:hAnsi="Arial"/>
                <w:b w:val="1"/>
                <w:bCs w:val="1"/>
                <w:color w:val="ffffff"/>
                <w:sz w:val="28"/>
                <w:szCs w:val="28"/>
                <w:rtl w:val="0"/>
              </w:rPr>
              <w:t xml:space="preserve">AFREE FOUNDATION</w:t>
              <w:br w:type="textWrapping"/>
              <w:t xml:space="preserve">2026 COMMUNITY GARDEN GRANT APPLICATION</w:t>
            </w:r>
            <w:r w:rsidDel="00000000" w:rsidR="00000000" w:rsidRPr="00000000">
              <w:rPr>
                <w:rtl w:val="0"/>
              </w:rPr>
            </w:r>
          </w:p>
          <w:p w:rsidR="00000000" w:rsidDel="00000000" w:rsidP="00000000" w:rsidRDefault="00000000" w:rsidRPr="00000000" w14:paraId="00000004">
            <w:pPr>
              <w:spacing w:before="60" w:lineRule="auto"/>
              <w:jc w:val="left"/>
              <w:rPr/>
            </w:pPr>
            <w:r w:rsidDel="00000000" w:rsidR="00000000" w:rsidRPr="00000000">
              <w:rPr>
                <w:rFonts w:ascii="Arial" w:cs="Arial" w:eastAsia="Arial" w:hAnsi="Arial"/>
                <w:color w:val="d8f3dc"/>
                <w:sz w:val="18"/>
                <w:szCs w:val="18"/>
                <w:rtl w:val="0"/>
              </w:rPr>
              <w:t xml:space="preserve">Grant Cycle: Sept 21, 2026 – Dec 21, 2026 (5:00 PM EST) | Award Range: $500 – $1,500</w:t>
            </w:r>
            <w:r w:rsidDel="00000000" w:rsidR="00000000" w:rsidRPr="00000000">
              <w:rPr>
                <w:rtl w:val="0"/>
              </w:rPr>
            </w:r>
          </w:p>
        </w:tc>
      </w:tr>
    </w:tbl>
    <w:p w:rsidR="00000000" w:rsidDel="00000000" w:rsidP="00000000" w:rsidRDefault="00000000" w:rsidRPr="00000000" w14:paraId="00000005">
      <w:pPr>
        <w:spacing w:after="80" w:lineRule="auto"/>
        <w:rPr/>
      </w:pPr>
      <w:r w:rsidDel="00000000" w:rsidR="00000000" w:rsidRPr="00000000">
        <w:rPr>
          <w:rtl w:val="0"/>
        </w:rPr>
      </w:r>
    </w:p>
    <w:tbl>
      <w:tblPr>
        <w:tblStyle w:val="Table2"/>
        <w:tblW w:w="10224.0" w:type="dxa"/>
        <w:jc w:val="center"/>
        <w:tblLayout w:type="fixed"/>
        <w:tblLook w:val="0400"/>
      </w:tblPr>
      <w:tblGrid>
        <w:gridCol w:w="10224"/>
        <w:tblGridChange w:id="0">
          <w:tblGrid>
            <w:gridCol w:w="10224"/>
          </w:tblGrid>
        </w:tblGridChange>
      </w:tblGrid>
      <w:tr>
        <w:trPr>
          <w:cantSplit w:val="0"/>
          <w:tblHeader w:val="0"/>
        </w:trPr>
        <w:tc>
          <w:tcPr>
            <w:shd w:fill="f3f7f4" w:val="clear"/>
            <w:tcMar>
              <w:top w:w="100.0" w:type="dxa"/>
              <w:left w:w="140.0" w:type="dxa"/>
              <w:bottom w:w="100.0" w:type="dxa"/>
              <w:right w:w="140.0" w:type="dxa"/>
            </w:tcMar>
          </w:tcPr>
          <w:p w:rsidR="00000000" w:rsidDel="00000000" w:rsidP="00000000" w:rsidRDefault="00000000" w:rsidRPr="00000000" w14:paraId="00000006">
            <w:pPr>
              <w:spacing w:after="40" w:lineRule="auto"/>
              <w:rPr/>
            </w:pPr>
            <w:r w:rsidDel="00000000" w:rsidR="00000000" w:rsidRPr="00000000">
              <w:rPr>
                <w:rFonts w:ascii="Arial" w:cs="Arial" w:eastAsia="Arial" w:hAnsi="Arial"/>
                <w:b w:val="1"/>
                <w:bCs w:val="1"/>
                <w:color w:val="1b4332"/>
                <w:sz w:val="19"/>
                <w:szCs w:val="19"/>
                <w:rtl w:val="0"/>
              </w:rPr>
              <w:t xml:space="preserve">Important Guidelines &amp; Submission Instructions:</w:t>
              <w:br w:type="textWrapping"/>
            </w:r>
            <w:r w:rsidDel="00000000" w:rsidR="00000000" w:rsidRPr="00000000">
              <w:rPr>
                <w:rFonts w:ascii="Arial" w:cs="Arial" w:eastAsia="Arial" w:hAnsi="Arial"/>
                <w:color w:val="282828"/>
                <w:sz w:val="17"/>
                <w:szCs w:val="17"/>
                <w:rtl w:val="0"/>
              </w:rPr>
              <w:t xml:space="preserve">• Eligible Uses: Land acquisition/leasing, materials, agricultural supplies, and community advertising.</w:t>
              <w:br w:type="textWrapping"/>
              <w:t xml:space="preserve">• W-9 Requirement: If applying for MORE THAN $500, an executed IRS Form W-9 MUST be submitted with this form.</w:t>
              <w:br w:type="textWrapping"/>
              <w:t xml:space="preserve">• Deadline: December 21, 2026 at 5:00 PM EST. Late applications will not be reviewed.</w:t>
              <w:br w:type="textWrapping"/>
              <w:t xml:space="preserve">• Submit via Email To: info@afreefoundation.org with subject line: 2026 Community Garden Grant - [Project Name]</w:t>
            </w:r>
            <w:r w:rsidDel="00000000" w:rsidR="00000000" w:rsidRPr="00000000">
              <w:rPr>
                <w:rtl w:val="0"/>
              </w:rPr>
            </w:r>
          </w:p>
        </w:tc>
      </w:tr>
    </w:tbl>
    <w:p w:rsidR="00000000" w:rsidDel="00000000" w:rsidP="00000000" w:rsidRDefault="00000000" w:rsidRPr="00000000" w14:paraId="00000007">
      <w:pPr>
        <w:pBdr>
          <w:bottom w:color="1b4332" w:space="1" w:sz="6" w:val="single"/>
        </w:pBdr>
        <w:spacing w:after="60" w:before="160" w:lineRule="auto"/>
        <w:rPr/>
      </w:pPr>
      <w:r w:rsidDel="00000000" w:rsidR="00000000" w:rsidRPr="00000000">
        <w:rPr>
          <w:rFonts w:ascii="Arial" w:cs="Arial" w:eastAsia="Arial" w:hAnsi="Arial"/>
          <w:b w:val="1"/>
          <w:bCs w:val="1"/>
          <w:color w:val="1b4332"/>
          <w:sz w:val="21"/>
          <w:szCs w:val="21"/>
          <w:rtl w:val="0"/>
        </w:rPr>
        <w:t xml:space="preserve">SECTION 1: APPLICANT &amp; ORGANIZATION PROFILE</w:t>
      </w:r>
      <w:r w:rsidDel="00000000" w:rsidR="00000000" w:rsidRPr="00000000">
        <w:rPr>
          <w:rtl w:val="0"/>
        </w:rPr>
      </w:r>
    </w:p>
    <w:tbl>
      <w:tblPr>
        <w:tblStyle w:val="Table3"/>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5112"/>
        <w:gridCol w:w="5112"/>
        <w:tblGridChange w:id="0">
          <w:tblGrid>
            <w:gridCol w:w="5112"/>
            <w:gridCol w:w="5112"/>
          </w:tblGrid>
        </w:tblGridChange>
      </w:tblGrid>
      <w:tr>
        <w:trPr>
          <w:cantSplit w:val="0"/>
          <w:tblHeader w:val="0"/>
        </w:trPr>
        <w:tc>
          <w:tcPr>
            <w:tcMar>
              <w:top w:w="50.0" w:type="dxa"/>
              <w:left w:w="70.0" w:type="dxa"/>
              <w:bottom w:w="50.0" w:type="dxa"/>
              <w:right w:w="70.0" w:type="dxa"/>
            </w:tcMar>
          </w:tcPr>
          <w:p w:rsidR="00000000" w:rsidDel="00000000" w:rsidP="00000000" w:rsidRDefault="00000000" w:rsidRPr="00000000" w14:paraId="00000008">
            <w:pPr>
              <w:rPr/>
            </w:pPr>
            <w:r w:rsidDel="00000000" w:rsidR="00000000" w:rsidRPr="00000000">
              <w:rPr>
                <w:rFonts w:ascii="Arial" w:cs="Arial" w:eastAsia="Arial" w:hAnsi="Arial"/>
                <w:b w:val="1"/>
                <w:bCs w:val="1"/>
                <w:color w:val="323232"/>
                <w:sz w:val="17"/>
                <w:szCs w:val="17"/>
                <w:rtl w:val="0"/>
              </w:rPr>
              <w:t xml:space="preserve">Applicant / Project Lead Name:</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323232"/>
                <w:sz w:val="17"/>
                <w:szCs w:val="17"/>
                <w:rtl w:val="0"/>
              </w:rPr>
              <w:t xml:space="preserve">Title / Role:</w:t>
              <w:br w:type="textWrapping"/>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0A">
            <w:pPr>
              <w:rPr/>
            </w:pPr>
            <w:r w:rsidDel="00000000" w:rsidR="00000000" w:rsidRPr="00000000">
              <w:rPr>
                <w:rFonts w:ascii="Arial" w:cs="Arial" w:eastAsia="Arial" w:hAnsi="Arial"/>
                <w:b w:val="1"/>
                <w:bCs w:val="1"/>
                <w:color w:val="323232"/>
                <w:sz w:val="17"/>
                <w:szCs w:val="17"/>
                <w:rtl w:val="0"/>
              </w:rPr>
              <w:t xml:space="preserve">Organization / Group Name (if applicable):</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323232"/>
                <w:sz w:val="17"/>
                <w:szCs w:val="17"/>
                <w:rtl w:val="0"/>
              </w:rPr>
              <w:t xml:space="preserve">Tax Status (501c3, Grassroots, Individual):</w:t>
              <w:br w:type="textWrapping"/>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0C">
            <w:pPr>
              <w:rPr/>
            </w:pPr>
            <w:r w:rsidDel="00000000" w:rsidR="00000000" w:rsidRPr="00000000">
              <w:rPr>
                <w:rFonts w:ascii="Arial" w:cs="Arial" w:eastAsia="Arial" w:hAnsi="Arial"/>
                <w:b w:val="1"/>
                <w:bCs w:val="1"/>
                <w:color w:val="323232"/>
                <w:sz w:val="17"/>
                <w:szCs w:val="17"/>
                <w:rtl w:val="0"/>
              </w:rPr>
              <w:t xml:space="preserve">Mailing Address:</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323232"/>
                <w:sz w:val="17"/>
                <w:szCs w:val="17"/>
                <w:rtl w:val="0"/>
              </w:rPr>
              <w:t xml:space="preserve">City, State, ZIP:</w:t>
              <w:br w:type="textWrapping"/>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0E">
            <w:pPr>
              <w:rPr/>
            </w:pPr>
            <w:r w:rsidDel="00000000" w:rsidR="00000000" w:rsidRPr="00000000">
              <w:rPr>
                <w:rFonts w:ascii="Arial" w:cs="Arial" w:eastAsia="Arial" w:hAnsi="Arial"/>
                <w:b w:val="1"/>
                <w:bCs w:val="1"/>
                <w:color w:val="323232"/>
                <w:sz w:val="17"/>
                <w:szCs w:val="17"/>
                <w:rtl w:val="0"/>
              </w:rPr>
              <w:t xml:space="preserve">Primary Phone Number:</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0F">
            <w:pPr>
              <w:rPr/>
            </w:pPr>
            <w:r w:rsidDel="00000000" w:rsidR="00000000" w:rsidRPr="00000000">
              <w:rPr>
                <w:rFonts w:ascii="Arial" w:cs="Arial" w:eastAsia="Arial" w:hAnsi="Arial"/>
                <w:b w:val="1"/>
                <w:bCs w:val="1"/>
                <w:color w:val="323232"/>
                <w:sz w:val="17"/>
                <w:szCs w:val="17"/>
                <w:rtl w:val="0"/>
              </w:rPr>
              <w:t xml:space="preserve">Email Address:</w:t>
              <w:br w:type="textWrapping"/>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10">
            <w:pPr>
              <w:rPr/>
            </w:pPr>
            <w:r w:rsidDel="00000000" w:rsidR="00000000" w:rsidRPr="00000000">
              <w:rPr>
                <w:rFonts w:ascii="Arial" w:cs="Arial" w:eastAsia="Arial" w:hAnsi="Arial"/>
                <w:b w:val="1"/>
                <w:bCs w:val="1"/>
                <w:color w:val="323232"/>
                <w:sz w:val="17"/>
                <w:szCs w:val="17"/>
                <w:rtl w:val="0"/>
              </w:rPr>
              <w:t xml:space="preserve">Project Website / Social Media (if any):</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11">
            <w:pPr>
              <w:rPr/>
            </w:pPr>
            <w:r w:rsidDel="00000000" w:rsidR="00000000" w:rsidRPr="00000000">
              <w:rPr>
                <w:rFonts w:ascii="Arial" w:cs="Arial" w:eastAsia="Arial" w:hAnsi="Arial"/>
                <w:b w:val="1"/>
                <w:bCs w:val="1"/>
                <w:color w:val="323232"/>
                <w:sz w:val="17"/>
                <w:szCs w:val="17"/>
                <w:rtl w:val="0"/>
              </w:rPr>
              <w:t xml:space="preserve">Project Physical Address / Location:</w:t>
              <w:br w:type="textWrapping"/>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color w:val="323232"/>
                <w:sz w:val="17"/>
                <w:szCs w:val="17"/>
                <w:rtl w:val="0"/>
              </w:rPr>
              <w:t xml:space="preserve">Amount Requested ($500 - $1,500):</w:t>
              <w:br w:type="textWrapping"/>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13">
            <w:pPr>
              <w:rPr/>
            </w:pPr>
            <w:r w:rsidDel="00000000" w:rsidR="00000000" w:rsidRPr="00000000">
              <w:rPr>
                <w:rFonts w:ascii="Arial" w:cs="Arial" w:eastAsia="Arial" w:hAnsi="Arial"/>
                <w:b w:val="1"/>
                <w:bCs w:val="1"/>
                <w:color w:val="323232"/>
                <w:sz w:val="17"/>
                <w:szCs w:val="17"/>
                <w:rtl w:val="0"/>
              </w:rPr>
              <w:t xml:space="preserve">W-9 Attached? (Required if &gt; $500)  [  ] Yes  [  ] N/A</w:t>
              <w:br w:type="textWrapping"/>
            </w:r>
            <w:r w:rsidDel="00000000" w:rsidR="00000000" w:rsidRPr="00000000">
              <w:rPr>
                <w:rtl w:val="0"/>
              </w:rPr>
            </w:r>
          </w:p>
        </w:tc>
      </w:tr>
    </w:tbl>
    <w:p w:rsidR="00000000" w:rsidDel="00000000" w:rsidP="00000000" w:rsidRDefault="00000000" w:rsidRPr="00000000" w14:paraId="00000014">
      <w:pPr>
        <w:pBdr>
          <w:bottom w:color="1b4332" w:space="1" w:sz="6" w:val="single"/>
        </w:pBdr>
        <w:spacing w:after="60" w:before="160" w:lineRule="auto"/>
        <w:rPr/>
      </w:pPr>
      <w:r w:rsidDel="00000000" w:rsidR="00000000" w:rsidRPr="00000000">
        <w:rPr>
          <w:rFonts w:ascii="Arial" w:cs="Arial" w:eastAsia="Arial" w:hAnsi="Arial"/>
          <w:b w:val="1"/>
          <w:bCs w:val="1"/>
          <w:color w:val="1b4332"/>
          <w:sz w:val="21"/>
          <w:szCs w:val="21"/>
          <w:rtl w:val="0"/>
        </w:rPr>
        <w:t xml:space="preserve">SECTION 2: PROJECT DESCRIPTION &amp; COMMUNITY IMPACT</w:t>
      </w:r>
      <w:r w:rsidDel="00000000" w:rsidR="00000000" w:rsidRPr="00000000">
        <w:rPr>
          <w:rtl w:val="0"/>
        </w:rPr>
      </w:r>
    </w:p>
    <w:p w:rsidR="00000000" w:rsidDel="00000000" w:rsidP="00000000" w:rsidRDefault="00000000" w:rsidRPr="00000000" w14:paraId="00000015">
      <w:pPr>
        <w:spacing w:after="40" w:before="100" w:lineRule="auto"/>
        <w:rPr/>
      </w:pPr>
      <w:r w:rsidDel="00000000" w:rsidR="00000000" w:rsidRPr="00000000">
        <w:rPr>
          <w:rFonts w:ascii="Arial" w:cs="Arial" w:eastAsia="Arial" w:hAnsi="Arial"/>
          <w:b w:val="1"/>
          <w:bCs w:val="1"/>
          <w:color w:val="2d6a4f"/>
          <w:sz w:val="18"/>
          <w:szCs w:val="18"/>
          <w:rtl w:val="0"/>
        </w:rPr>
        <w:t xml:space="preserve">1. Project Title &amp; Executive Summary</w:t>
      </w:r>
      <w:r w:rsidDel="00000000" w:rsidR="00000000" w:rsidRPr="00000000">
        <w:rPr>
          <w:rtl w:val="0"/>
        </w:rPr>
      </w:r>
    </w:p>
    <w:p w:rsidR="00000000" w:rsidDel="00000000" w:rsidP="00000000" w:rsidRDefault="00000000" w:rsidRPr="00000000" w14:paraId="00000016">
      <w:pPr>
        <w:spacing w:after="60" w:lineRule="auto"/>
        <w:rPr/>
      </w:pPr>
      <w:r w:rsidDel="00000000" w:rsidR="00000000" w:rsidRPr="00000000">
        <w:rPr>
          <w:rFonts w:ascii="Arial" w:cs="Arial" w:eastAsia="Arial" w:hAnsi="Arial"/>
          <w:i w:val="1"/>
          <w:iCs w:val="1"/>
          <w:color w:val="5a5a5a"/>
          <w:sz w:val="16"/>
          <w:szCs w:val="16"/>
          <w:rtl w:val="0"/>
        </w:rPr>
        <w:t xml:space="preserve">Briefly describe the vision and purpose of your community garden project (3-4 sentences):</w:t>
      </w:r>
      <w:r w:rsidDel="00000000" w:rsidR="00000000" w:rsidRPr="00000000">
        <w:rPr>
          <w:rtl w:val="0"/>
        </w:rPr>
      </w:r>
    </w:p>
    <w:tbl>
      <w:tblPr>
        <w:tblStyle w:val="Table4"/>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110.0" w:type="dxa"/>
              <w:left w:w="90.0" w:type="dxa"/>
              <w:bottom w:w="110.0" w:type="dxa"/>
              <w:right w:w="90.0" w:type="dxa"/>
            </w:tcMar>
          </w:tcPr>
          <w:p w:rsidR="00000000" w:rsidDel="00000000" w:rsidP="00000000" w:rsidRDefault="00000000" w:rsidRPr="00000000" w14:paraId="00000017">
            <w:pPr>
              <w:rPr/>
            </w:pPr>
            <w:r w:rsidDel="00000000" w:rsidR="00000000" w:rsidRPr="00000000">
              <w:rPr>
                <w:rtl w:val="0"/>
              </w:rPr>
            </w:r>
          </w:p>
        </w:tc>
      </w:tr>
    </w:tbl>
    <w:p w:rsidR="00000000" w:rsidDel="00000000" w:rsidP="00000000" w:rsidRDefault="00000000" w:rsidRPr="00000000" w14:paraId="00000018">
      <w:pPr>
        <w:spacing w:after="40" w:before="100" w:lineRule="auto"/>
        <w:rPr/>
      </w:pPr>
      <w:r w:rsidDel="00000000" w:rsidR="00000000" w:rsidRPr="00000000">
        <w:rPr>
          <w:rFonts w:ascii="Arial" w:cs="Arial" w:eastAsia="Arial" w:hAnsi="Arial"/>
          <w:b w:val="1"/>
          <w:bCs w:val="1"/>
          <w:color w:val="2d6a4f"/>
          <w:sz w:val="18"/>
          <w:szCs w:val="18"/>
          <w:rtl w:val="0"/>
        </w:rPr>
        <w:t xml:space="preserve">2. Land Access &amp; Site Readiness</w:t>
      </w:r>
      <w:r w:rsidDel="00000000" w:rsidR="00000000" w:rsidRPr="00000000">
        <w:rPr>
          <w:rtl w:val="0"/>
        </w:rPr>
      </w:r>
    </w:p>
    <w:p w:rsidR="00000000" w:rsidDel="00000000" w:rsidP="00000000" w:rsidRDefault="00000000" w:rsidRPr="00000000" w14:paraId="00000019">
      <w:pPr>
        <w:spacing w:after="60" w:lineRule="auto"/>
        <w:rPr/>
      </w:pPr>
      <w:r w:rsidDel="00000000" w:rsidR="00000000" w:rsidRPr="00000000">
        <w:rPr>
          <w:rFonts w:ascii="Arial" w:cs="Arial" w:eastAsia="Arial" w:hAnsi="Arial"/>
          <w:i w:val="1"/>
          <w:iCs w:val="1"/>
          <w:color w:val="5a5a5a"/>
          <w:sz w:val="16"/>
          <w:szCs w:val="16"/>
          <w:rtl w:val="0"/>
        </w:rPr>
        <w:t xml:space="preserve">Describe the project site (ownership, lease status, permissions, current condition, and size):</w:t>
      </w:r>
      <w:r w:rsidDel="00000000" w:rsidR="00000000" w:rsidRPr="00000000">
        <w:rPr>
          <w:rtl w:val="0"/>
        </w:rPr>
      </w:r>
    </w:p>
    <w:tbl>
      <w:tblPr>
        <w:tblStyle w:val="Table5"/>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110.0" w:type="dxa"/>
              <w:left w:w="90.0" w:type="dxa"/>
              <w:bottom w:w="110.0" w:type="dxa"/>
              <w:right w:w="90.0" w:type="dxa"/>
            </w:tcMar>
          </w:tcPr>
          <w:p w:rsidR="00000000" w:rsidDel="00000000" w:rsidP="00000000" w:rsidRDefault="00000000" w:rsidRPr="00000000" w14:paraId="0000001A">
            <w:pPr>
              <w:rPr/>
            </w:pPr>
            <w:r w:rsidDel="00000000" w:rsidR="00000000" w:rsidRPr="00000000">
              <w:rPr>
                <w:rtl w:val="0"/>
              </w:rPr>
            </w:r>
          </w:p>
        </w:tc>
      </w:tr>
    </w:tbl>
    <w:p w:rsidR="00000000" w:rsidDel="00000000" w:rsidP="00000000" w:rsidRDefault="00000000" w:rsidRPr="00000000" w14:paraId="0000001B">
      <w:pPr>
        <w:spacing w:after="40" w:before="100" w:lineRule="auto"/>
        <w:rPr/>
      </w:pPr>
      <w:r w:rsidDel="00000000" w:rsidR="00000000" w:rsidRPr="00000000">
        <w:rPr>
          <w:rFonts w:ascii="Arial" w:cs="Arial" w:eastAsia="Arial" w:hAnsi="Arial"/>
          <w:b w:val="1"/>
          <w:bCs w:val="1"/>
          <w:color w:val="2d6a4f"/>
          <w:sz w:val="18"/>
          <w:szCs w:val="18"/>
          <w:rtl w:val="0"/>
        </w:rPr>
        <w:t xml:space="preserve">3. Community Engagement &amp; Food Sovereignty</w:t>
      </w:r>
      <w:r w:rsidDel="00000000" w:rsidR="00000000" w:rsidRPr="00000000">
        <w:rPr>
          <w:rtl w:val="0"/>
        </w:rPr>
      </w:r>
    </w:p>
    <w:p w:rsidR="00000000" w:rsidDel="00000000" w:rsidP="00000000" w:rsidRDefault="00000000" w:rsidRPr="00000000" w14:paraId="0000001C">
      <w:pPr>
        <w:spacing w:after="60" w:lineRule="auto"/>
        <w:rPr/>
      </w:pPr>
      <w:r w:rsidDel="00000000" w:rsidR="00000000" w:rsidRPr="00000000">
        <w:rPr>
          <w:rFonts w:ascii="Arial" w:cs="Arial" w:eastAsia="Arial" w:hAnsi="Arial"/>
          <w:i w:val="1"/>
          <w:iCs w:val="1"/>
          <w:color w:val="5a5a5a"/>
          <w:sz w:val="16"/>
          <w:szCs w:val="16"/>
          <w:rtl w:val="0"/>
        </w:rPr>
        <w:t xml:space="preserve">How will local residents, youth, or families participate, access fresh produce, and benefit from this garden?</w:t>
      </w:r>
      <w:r w:rsidDel="00000000" w:rsidR="00000000" w:rsidRPr="00000000">
        <w:rPr>
          <w:rtl w:val="0"/>
        </w:rPr>
      </w:r>
    </w:p>
    <w:tbl>
      <w:tblPr>
        <w:tblStyle w:val="Table6"/>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10224"/>
        <w:tblGridChange w:id="0">
          <w:tblGrid>
            <w:gridCol w:w="10224"/>
          </w:tblGrid>
        </w:tblGridChange>
      </w:tblGrid>
      <w:tr>
        <w:trPr>
          <w:cantSplit w:val="0"/>
          <w:tblHeader w:val="0"/>
        </w:trPr>
        <w:tc>
          <w:tcPr>
            <w:shd w:fill="fafafa" w:val="clear"/>
            <w:tcMar>
              <w:top w:w="110.0" w:type="dxa"/>
              <w:left w:w="90.0" w:type="dxa"/>
              <w:bottom w:w="110.0" w:type="dxa"/>
              <w:right w:w="90.0" w:type="dxa"/>
            </w:tcMar>
          </w:tcPr>
          <w:p w:rsidR="00000000" w:rsidDel="00000000" w:rsidP="00000000" w:rsidRDefault="00000000" w:rsidRPr="00000000" w14:paraId="0000001D">
            <w:pPr>
              <w:rPr/>
            </w:pPr>
            <w:r w:rsidDel="00000000" w:rsidR="00000000" w:rsidRPr="00000000">
              <w:rPr>
                <w:rtl w:val="0"/>
              </w:rPr>
            </w:r>
          </w:p>
        </w:tc>
      </w:tr>
    </w:tbl>
    <w:p w:rsidR="00000000" w:rsidDel="00000000" w:rsidP="00000000" w:rsidRDefault="00000000" w:rsidRPr="00000000" w14:paraId="0000001E">
      <w:pPr>
        <w:pBdr>
          <w:bottom w:color="1b4332" w:space="1" w:sz="6" w:val="single"/>
        </w:pBdr>
        <w:spacing w:after="60" w:before="160" w:lineRule="auto"/>
        <w:rPr/>
      </w:pPr>
      <w:r w:rsidDel="00000000" w:rsidR="00000000" w:rsidRPr="00000000">
        <w:rPr>
          <w:rFonts w:ascii="Arial" w:cs="Arial" w:eastAsia="Arial" w:hAnsi="Arial"/>
          <w:b w:val="1"/>
          <w:bCs w:val="1"/>
          <w:color w:val="1b4332"/>
          <w:sz w:val="21"/>
          <w:szCs w:val="21"/>
          <w:rtl w:val="0"/>
        </w:rPr>
        <w:t xml:space="preserve">SECTION 3: ITEMIZATION &amp; USE OF FUNDS</w:t>
      </w:r>
      <w:r w:rsidDel="00000000" w:rsidR="00000000" w:rsidRPr="00000000">
        <w:rPr>
          <w:rtl w:val="0"/>
        </w:rPr>
      </w:r>
    </w:p>
    <w:p w:rsidR="00000000" w:rsidDel="00000000" w:rsidP="00000000" w:rsidRDefault="00000000" w:rsidRPr="00000000" w14:paraId="0000001F">
      <w:pPr>
        <w:spacing w:after="60" w:lineRule="auto"/>
        <w:rPr/>
      </w:pPr>
      <w:r w:rsidDel="00000000" w:rsidR="00000000" w:rsidRPr="00000000">
        <w:rPr>
          <w:rFonts w:ascii="Arial" w:cs="Arial" w:eastAsia="Arial" w:hAnsi="Arial"/>
          <w:i w:val="1"/>
          <w:iCs w:val="1"/>
          <w:sz w:val="16"/>
          <w:szCs w:val="16"/>
          <w:rtl w:val="0"/>
        </w:rPr>
        <w:t xml:space="preserve">Please detail how the requested grant funds ($500 – $1,500) will be allocated across eligible categories:</w:t>
      </w:r>
      <w:r w:rsidDel="00000000" w:rsidR="00000000" w:rsidRPr="00000000">
        <w:rPr>
          <w:rtl w:val="0"/>
        </w:rPr>
      </w:r>
    </w:p>
    <w:tbl>
      <w:tblPr>
        <w:tblStyle w:val="Table7"/>
        <w:tblW w:w="10224.0" w:type="dxa"/>
        <w:jc w:val="center"/>
        <w:tblBorders>
          <w:top w:color="cccccc" w:space="0" w:sz="4" w:val="single"/>
          <w:left w:color="000000" w:space="0" w:sz="0" w:val="nil"/>
          <w:bottom w:color="cccccc" w:space="0" w:sz="4" w:val="single"/>
          <w:right w:color="000000" w:space="0" w:sz="0" w:val="nil"/>
          <w:insideH w:color="cccccc" w:space="0" w:sz="4" w:val="single"/>
          <w:insideV w:color="000000" w:space="0" w:sz="0" w:val="nil"/>
        </w:tblBorders>
        <w:tblLayout w:type="fixed"/>
        <w:tblLook w:val="0400"/>
      </w:tblPr>
      <w:tblGrid>
        <w:gridCol w:w="3408"/>
        <w:gridCol w:w="3408"/>
        <w:gridCol w:w="3408"/>
        <w:tblGridChange w:id="0">
          <w:tblGrid>
            <w:gridCol w:w="3408"/>
            <w:gridCol w:w="3408"/>
            <w:gridCol w:w="3408"/>
          </w:tblGrid>
        </w:tblGridChange>
      </w:tblGrid>
      <w:tr>
        <w:trPr>
          <w:cantSplit w:val="0"/>
          <w:tblHeader w:val="0"/>
        </w:trPr>
        <w:tc>
          <w:tcPr>
            <w:shd w:fill="e8f0ea" w:val="clear"/>
            <w:tcMar>
              <w:top w:w="60.0" w:type="dxa"/>
              <w:left w:w="80.0" w:type="dxa"/>
              <w:bottom w:w="60.0" w:type="dxa"/>
              <w:right w:w="8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1b4332"/>
                <w:sz w:val="17"/>
                <w:szCs w:val="17"/>
                <w:rtl w:val="0"/>
              </w:rPr>
              <w:t xml:space="preserve">Category</w:t>
            </w:r>
            <w:r w:rsidDel="00000000" w:rsidR="00000000" w:rsidRPr="00000000">
              <w:rPr>
                <w:rtl w:val="0"/>
              </w:rPr>
            </w:r>
          </w:p>
        </w:tc>
        <w:tc>
          <w:tcPr>
            <w:shd w:fill="e8f0ea" w:val="clear"/>
            <w:tcMar>
              <w:top w:w="60.0" w:type="dxa"/>
              <w:left w:w="80.0" w:type="dxa"/>
              <w:bottom w:w="60.0" w:type="dxa"/>
              <w:right w:w="80.0" w:type="dxa"/>
            </w:tcMar>
          </w:tcPr>
          <w:p w:rsidR="00000000" w:rsidDel="00000000" w:rsidP="00000000" w:rsidRDefault="00000000" w:rsidRPr="00000000" w14:paraId="00000021">
            <w:pPr>
              <w:rPr/>
            </w:pPr>
            <w:r w:rsidDel="00000000" w:rsidR="00000000" w:rsidRPr="00000000">
              <w:rPr>
                <w:rFonts w:ascii="Arial" w:cs="Arial" w:eastAsia="Arial" w:hAnsi="Arial"/>
                <w:b w:val="1"/>
                <w:bCs w:val="1"/>
                <w:color w:val="1b4332"/>
                <w:sz w:val="17"/>
                <w:szCs w:val="17"/>
                <w:rtl w:val="0"/>
              </w:rPr>
              <w:t xml:space="preserve">Detailed Description / Item Specification</w:t>
            </w:r>
            <w:r w:rsidDel="00000000" w:rsidR="00000000" w:rsidRPr="00000000">
              <w:rPr>
                <w:rtl w:val="0"/>
              </w:rPr>
            </w:r>
          </w:p>
        </w:tc>
        <w:tc>
          <w:tcPr>
            <w:shd w:fill="e8f0ea" w:val="clear"/>
            <w:tcMar>
              <w:top w:w="60.0" w:type="dxa"/>
              <w:left w:w="80.0" w:type="dxa"/>
              <w:bottom w:w="60.0" w:type="dxa"/>
              <w:right w:w="80.0" w:type="dxa"/>
            </w:tcMar>
          </w:tcPr>
          <w:p w:rsidR="00000000" w:rsidDel="00000000" w:rsidP="00000000" w:rsidRDefault="00000000" w:rsidRPr="00000000" w14:paraId="00000022">
            <w:pPr>
              <w:jc w:val="right"/>
              <w:rPr/>
            </w:pPr>
            <w:r w:rsidDel="00000000" w:rsidR="00000000" w:rsidRPr="00000000">
              <w:rPr>
                <w:rFonts w:ascii="Arial" w:cs="Arial" w:eastAsia="Arial" w:hAnsi="Arial"/>
                <w:b w:val="1"/>
                <w:bCs w:val="1"/>
                <w:color w:val="1b4332"/>
                <w:sz w:val="17"/>
                <w:szCs w:val="17"/>
                <w:rtl w:val="0"/>
              </w:rPr>
              <w:t xml:space="preserve">Estimated Cost</w:t>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23">
            <w:pPr>
              <w:rPr/>
            </w:pPr>
            <w:r w:rsidDel="00000000" w:rsidR="00000000" w:rsidRPr="00000000">
              <w:rPr>
                <w:rFonts w:ascii="Arial" w:cs="Arial" w:eastAsia="Arial" w:hAnsi="Arial"/>
                <w:sz w:val="16"/>
                <w:szCs w:val="16"/>
                <w:rtl w:val="0"/>
              </w:rPr>
              <w:t xml:space="preserve">Land Acquisition / Lease / Permits</w:t>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4">
            <w:pPr>
              <w:rPr/>
            </w:pP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5">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26">
            <w:pPr>
              <w:rPr/>
            </w:pPr>
            <w:r w:rsidDel="00000000" w:rsidR="00000000" w:rsidRPr="00000000">
              <w:rPr>
                <w:rFonts w:ascii="Arial" w:cs="Arial" w:eastAsia="Arial" w:hAnsi="Arial"/>
                <w:sz w:val="16"/>
                <w:szCs w:val="16"/>
                <w:rtl w:val="0"/>
              </w:rPr>
              <w:t xml:space="preserve">Infrastructure &amp; Materials (Lumber, Soil, Beds, Fencing)</w:t>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7">
            <w:pPr>
              <w:rPr/>
            </w:pP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8">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29">
            <w:pPr>
              <w:rPr/>
            </w:pPr>
            <w:r w:rsidDel="00000000" w:rsidR="00000000" w:rsidRPr="00000000">
              <w:rPr>
                <w:rFonts w:ascii="Arial" w:cs="Arial" w:eastAsia="Arial" w:hAnsi="Arial"/>
                <w:sz w:val="16"/>
                <w:szCs w:val="16"/>
                <w:rtl w:val="0"/>
              </w:rPr>
              <w:t xml:space="preserve">Agricultural Supplies (Seeds, Tools, Hoses, Compost)</w:t>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A">
            <w:pPr>
              <w:rPr/>
            </w:pP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B">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tcMar>
              <w:top w:w="50.0" w:type="dxa"/>
              <w:left w:w="70.0" w:type="dxa"/>
              <w:bottom w:w="50.0" w:type="dxa"/>
              <w:right w:w="70.0" w:type="dxa"/>
            </w:tcMar>
          </w:tcPr>
          <w:p w:rsidR="00000000" w:rsidDel="00000000" w:rsidP="00000000" w:rsidRDefault="00000000" w:rsidRPr="00000000" w14:paraId="0000002C">
            <w:pPr>
              <w:rPr/>
            </w:pPr>
            <w:r w:rsidDel="00000000" w:rsidR="00000000" w:rsidRPr="00000000">
              <w:rPr>
                <w:rFonts w:ascii="Arial" w:cs="Arial" w:eastAsia="Arial" w:hAnsi="Arial"/>
                <w:sz w:val="16"/>
                <w:szCs w:val="16"/>
                <w:rtl w:val="0"/>
              </w:rPr>
              <w:t xml:space="preserve">Outreach, Flyers &amp; Advertising</w:t>
            </w: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D">
            <w:pPr>
              <w:rPr/>
            </w:pPr>
            <w:r w:rsidDel="00000000" w:rsidR="00000000" w:rsidRPr="00000000">
              <w:rPr>
                <w:rtl w:val="0"/>
              </w:rPr>
            </w:r>
          </w:p>
        </w:tc>
        <w:tc>
          <w:tcPr>
            <w:tcMar>
              <w:top w:w="50.0" w:type="dxa"/>
              <w:left w:w="70.0" w:type="dxa"/>
              <w:bottom w:w="50.0" w:type="dxa"/>
              <w:right w:w="70.0" w:type="dxa"/>
            </w:tcMar>
          </w:tcPr>
          <w:p w:rsidR="00000000" w:rsidDel="00000000" w:rsidP="00000000" w:rsidRDefault="00000000" w:rsidRPr="00000000" w14:paraId="0000002E">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r>
        <w:trPr>
          <w:cantSplit w:val="0"/>
          <w:tblHeader w:val="0"/>
        </w:trPr>
        <w:tc>
          <w:tcPr>
            <w:shd w:fill="f3f7f4" w:val="clear"/>
            <w:tcMar>
              <w:top w:w="50.0" w:type="dxa"/>
              <w:left w:w="70.0" w:type="dxa"/>
              <w:bottom w:w="50.0" w:type="dxa"/>
              <w:right w:w="70.0" w:type="dxa"/>
            </w:tcMar>
          </w:tcPr>
          <w:p w:rsidR="00000000" w:rsidDel="00000000" w:rsidP="00000000" w:rsidRDefault="00000000" w:rsidRPr="00000000" w14:paraId="0000002F">
            <w:pPr>
              <w:rPr/>
            </w:pPr>
            <w:r w:rsidDel="00000000" w:rsidR="00000000" w:rsidRPr="00000000">
              <w:rPr>
                <w:rFonts w:ascii="Arial" w:cs="Arial" w:eastAsia="Arial" w:hAnsi="Arial"/>
                <w:b w:val="1"/>
                <w:bCs w:val="1"/>
                <w:sz w:val="16"/>
                <w:szCs w:val="16"/>
                <w:rtl w:val="0"/>
              </w:rPr>
              <w:t xml:space="preserve">TOTAL GRANT FUNDING REQUESTED:</w:t>
            </w:r>
            <w:r w:rsidDel="00000000" w:rsidR="00000000" w:rsidRPr="00000000">
              <w:rPr>
                <w:rtl w:val="0"/>
              </w:rPr>
            </w:r>
          </w:p>
        </w:tc>
        <w:tc>
          <w:tcPr>
            <w:shd w:fill="f3f7f4" w:val="clear"/>
            <w:tcMar>
              <w:top w:w="50.0" w:type="dxa"/>
              <w:left w:w="70.0" w:type="dxa"/>
              <w:bottom w:w="50.0" w:type="dxa"/>
              <w:right w:w="70.0" w:type="dxa"/>
            </w:tcMar>
          </w:tcPr>
          <w:p w:rsidR="00000000" w:rsidDel="00000000" w:rsidP="00000000" w:rsidRDefault="00000000" w:rsidRPr="00000000" w14:paraId="00000030">
            <w:pPr>
              <w:rPr/>
            </w:pPr>
            <w:r w:rsidDel="00000000" w:rsidR="00000000" w:rsidRPr="00000000">
              <w:rPr>
                <w:rtl w:val="0"/>
              </w:rPr>
            </w:r>
          </w:p>
        </w:tc>
        <w:tc>
          <w:tcPr>
            <w:shd w:fill="f3f7f4" w:val="clear"/>
            <w:tcMar>
              <w:top w:w="50.0" w:type="dxa"/>
              <w:left w:w="70.0" w:type="dxa"/>
              <w:bottom w:w="50.0" w:type="dxa"/>
              <w:right w:w="70.0" w:type="dxa"/>
            </w:tcMar>
          </w:tcPr>
          <w:p w:rsidR="00000000" w:rsidDel="00000000" w:rsidP="00000000" w:rsidRDefault="00000000" w:rsidRPr="00000000" w14:paraId="00000031">
            <w:pPr>
              <w:jc w:val="right"/>
              <w:rPr/>
            </w:pPr>
            <w:r w:rsidDel="00000000" w:rsidR="00000000" w:rsidRPr="00000000">
              <w:rPr>
                <w:rFonts w:ascii="Arial" w:cs="Arial" w:eastAsia="Arial" w:hAnsi="Arial"/>
                <w:sz w:val="16"/>
                <w:szCs w:val="16"/>
                <w:rtl w:val="0"/>
              </w:rPr>
              <w:t xml:space="preserve">$</w:t>
            </w:r>
            <w:r w:rsidDel="00000000" w:rsidR="00000000" w:rsidRPr="00000000">
              <w:rPr>
                <w:rtl w:val="0"/>
              </w:rPr>
            </w:r>
          </w:p>
        </w:tc>
      </w:tr>
    </w:tbl>
    <w:p w:rsidR="00000000" w:rsidDel="00000000" w:rsidP="00000000" w:rsidRDefault="00000000" w:rsidRPr="00000000" w14:paraId="00000032">
      <w:pPr>
        <w:pBdr>
          <w:bottom w:color="1b4332" w:space="1" w:sz="6" w:val="single"/>
        </w:pBdr>
        <w:spacing w:after="60" w:before="160" w:lineRule="auto"/>
        <w:rPr/>
      </w:pPr>
      <w:r w:rsidDel="00000000" w:rsidR="00000000" w:rsidRPr="00000000">
        <w:rPr>
          <w:rFonts w:ascii="Arial" w:cs="Arial" w:eastAsia="Arial" w:hAnsi="Arial"/>
          <w:b w:val="1"/>
          <w:bCs w:val="1"/>
          <w:color w:val="1b4332"/>
          <w:sz w:val="21"/>
          <w:szCs w:val="21"/>
          <w:rtl w:val="0"/>
        </w:rPr>
        <w:t xml:space="preserve">SECTION 4: ATTESTATION &amp; SUBMISSION CHECKLIST</w:t>
      </w:r>
      <w:r w:rsidDel="00000000" w:rsidR="00000000" w:rsidRPr="00000000">
        <w:rPr>
          <w:rtl w:val="0"/>
        </w:rPr>
      </w:r>
    </w:p>
    <w:p w:rsidR="00000000" w:rsidDel="00000000" w:rsidP="00000000" w:rsidRDefault="00000000" w:rsidRPr="00000000" w14:paraId="00000033">
      <w:pPr>
        <w:spacing w:after="80" w:before="60" w:lineRule="auto"/>
        <w:rPr/>
      </w:pPr>
      <w:r w:rsidDel="00000000" w:rsidR="00000000" w:rsidRPr="00000000">
        <w:rPr>
          <w:rFonts w:ascii="Arial" w:cs="Arial" w:eastAsia="Arial" w:hAnsi="Arial"/>
          <w:color w:val="323232"/>
          <w:sz w:val="16"/>
          <w:szCs w:val="16"/>
          <w:rtl w:val="0"/>
        </w:rPr>
        <w:t xml:space="preserve">[  ] Completed Application Form (Sections 1–4)</w:t>
        <w:br w:type="textWrapping"/>
        <w:t xml:space="preserve">[  ] Executed IRS Form W-9 attached (Mandatory for grant requests above $500)</w:t>
        <w:br w:type="textWrapping"/>
        <w:t xml:space="preserve">[  ] Proof of land permission/lease or letter of site support (if applicable)</w:t>
        <w:br w:type="textWrapping"/>
        <w:t xml:space="preserve">[  ] Submitted prior to December 21, 2026 at 5:00 PM EST to info@afreefoundation.org</w:t>
      </w:r>
      <w:r w:rsidDel="00000000" w:rsidR="00000000" w:rsidRPr="00000000">
        <w:rPr>
          <w:rtl w:val="0"/>
        </w:rPr>
      </w:r>
    </w:p>
    <w:p w:rsidR="00000000" w:rsidDel="00000000" w:rsidP="00000000" w:rsidRDefault="00000000" w:rsidRPr="00000000" w14:paraId="00000034">
      <w:pPr>
        <w:spacing w:after="120" w:lineRule="auto"/>
        <w:rPr/>
      </w:pPr>
      <w:r w:rsidDel="00000000" w:rsidR="00000000" w:rsidRPr="00000000">
        <w:rPr>
          <w:rFonts w:ascii="Arial" w:cs="Arial" w:eastAsia="Arial" w:hAnsi="Arial"/>
          <w:i w:val="1"/>
          <w:iCs w:val="1"/>
          <w:color w:val="3c3c3c"/>
          <w:sz w:val="16"/>
          <w:szCs w:val="16"/>
          <w:rtl w:val="0"/>
        </w:rPr>
        <w:t xml:space="preserve">I hereby certify that the information presented in this application is true and complete to the best of my knowledge. If awarded, grant funds will be utilized exclusively for the eligible community garden purposes outlined herein.</w:t>
      </w:r>
      <w:r w:rsidDel="00000000" w:rsidR="00000000" w:rsidRPr="00000000">
        <w:rPr>
          <w:rtl w:val="0"/>
        </w:rPr>
      </w:r>
    </w:p>
    <w:tbl>
      <w:tblPr>
        <w:tblStyle w:val="Table8"/>
        <w:tblW w:w="10224.0" w:type="dxa"/>
        <w:jc w:val="center"/>
        <w:tblBorders>
          <w:top w:color="d0d7d3" w:space="0" w:sz="4" w:val="single"/>
          <w:left w:color="000000" w:space="0" w:sz="0" w:val="nil"/>
          <w:bottom w:color="d0d7d3" w:space="0" w:sz="4" w:val="single"/>
          <w:right w:color="000000" w:space="0" w:sz="0" w:val="nil"/>
          <w:insideH w:color="d0d7d3" w:space="0" w:sz="4" w:val="single"/>
          <w:insideV w:color="000000" w:space="0" w:sz="0" w:val="nil"/>
        </w:tblBorders>
        <w:tblLayout w:type="fixed"/>
        <w:tblLook w:val="0400"/>
      </w:tblPr>
      <w:tblGrid>
        <w:gridCol w:w="5112"/>
        <w:gridCol w:w="5112"/>
        <w:tblGridChange w:id="0">
          <w:tblGrid>
            <w:gridCol w:w="5112"/>
            <w:gridCol w:w="5112"/>
          </w:tblGrid>
        </w:tblGridChange>
      </w:tblGrid>
      <w:tr>
        <w:trPr>
          <w:cantSplit w:val="0"/>
          <w:tblHeader w:val="0"/>
        </w:trPr>
        <w:tc>
          <w:tcPr>
            <w:tcMar>
              <w:top w:w="60.0" w:type="dxa"/>
              <w:left w:w="70.0" w:type="dxa"/>
              <w:bottom w:w="60.0" w:type="dxa"/>
              <w:right w:w="70.0" w:type="dxa"/>
            </w:tcMar>
          </w:tcPr>
          <w:p w:rsidR="00000000" w:rsidDel="00000000" w:rsidP="00000000" w:rsidRDefault="00000000" w:rsidRPr="00000000" w14:paraId="00000035">
            <w:pPr>
              <w:rPr/>
            </w:pPr>
            <w:r w:rsidDel="00000000" w:rsidR="00000000" w:rsidRPr="00000000">
              <w:rPr>
                <w:rFonts w:ascii="Arial" w:cs="Arial" w:eastAsia="Arial" w:hAnsi="Arial"/>
                <w:b w:val="1"/>
                <w:bCs w:val="1"/>
                <w:sz w:val="17"/>
                <w:szCs w:val="17"/>
                <w:rtl w:val="0"/>
              </w:rPr>
              <w:t xml:space="preserve">Authorized Applicant Signature:</w:t>
              <w:br w:type="textWrapping"/>
              <w:br w:type="textWrapping"/>
              <w:t xml:space="preserve">_________________________________________</w:t>
            </w:r>
            <w:r w:rsidDel="00000000" w:rsidR="00000000" w:rsidRPr="00000000">
              <w:rPr>
                <w:rtl w:val="0"/>
              </w:rPr>
            </w:r>
          </w:p>
        </w:tc>
        <w:tc>
          <w:tcPr>
            <w:tcMar>
              <w:top w:w="60.0" w:type="dxa"/>
              <w:left w:w="70.0" w:type="dxa"/>
              <w:bottom w:w="60.0" w:type="dxa"/>
              <w:right w:w="70.0" w:type="dxa"/>
            </w:tcMar>
          </w:tcPr>
          <w:p w:rsidR="00000000" w:rsidDel="00000000" w:rsidP="00000000" w:rsidRDefault="00000000" w:rsidRPr="00000000" w14:paraId="00000036">
            <w:pPr>
              <w:rPr/>
            </w:pPr>
            <w:r w:rsidDel="00000000" w:rsidR="00000000" w:rsidRPr="00000000">
              <w:rPr>
                <w:rFonts w:ascii="Arial" w:cs="Arial" w:eastAsia="Arial" w:hAnsi="Arial"/>
                <w:b w:val="1"/>
                <w:bCs w:val="1"/>
                <w:sz w:val="17"/>
                <w:szCs w:val="17"/>
                <w:rtl w:val="0"/>
              </w:rPr>
              <w:t xml:space="preserve">Date:</w:t>
              <w:br w:type="textWrapping"/>
              <w:br w:type="textWrapping"/>
              <w:t xml:space="preserve">__________________</w:t>
            </w:r>
            <w:r w:rsidDel="00000000" w:rsidR="00000000" w:rsidRPr="00000000">
              <w:rPr>
                <w:rtl w:val="0"/>
              </w:rPr>
            </w:r>
          </w:p>
        </w:tc>
      </w:tr>
    </w:tbl>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936" w:top="936"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gt3I31R+HzrsIwifpuFp+Ndg6g==">CgMxLjA4AHIhMWxTYm1MS0dtYjFVMGJTVWRPY3FrZVBDRGlxbjBJbGY0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